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5760"/>
      </w:tblGrid>
      <w:tr>
        <w:trPr>
          <w:trHeight w:val="2880" w:hRule="exact"/>
        </w:trPr>
        <w:tc>
          <w:tcPr>
            <w:tcW w:type="dxa" w:w="5760"/>
            <w:vAlign w:val="center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pPr>
              <w:jc w:val="center"/>
            </w:pPr>
          </w:p>
        </w:tc>
        <w:tc>
          <w:tcPr>
            <w:tcW w:type="dxa" w:w="5760"/>
            <w:vAlign w:val="center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pPr>
              <w:jc w:val="center"/>
            </w:pPr>
          </w:p>
        </w:tc>
      </w:tr>
      <w:tr>
        <w:trPr>
          <w:trHeight w:val="2880" w:hRule="exact"/>
        </w:trPr>
        <w:tc>
          <w:tcPr>
            <w:tcW w:type="dxa" w:w="5760"/>
            <w:vAlign w:val="center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pPr>
              <w:jc w:val="center"/>
            </w:pPr>
          </w:p>
        </w:tc>
        <w:tc>
          <w:tcPr>
            <w:tcW w:type="dxa" w:w="5760"/>
            <w:vAlign w:val="center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pPr>
              <w:jc w:val="center"/>
            </w:pPr>
          </w:p>
        </w:tc>
      </w:tr>
      <w:tr>
        <w:trPr>
          <w:trHeight w:val="2880" w:hRule="exact"/>
        </w:trPr>
        <w:tc>
          <w:tcPr>
            <w:tcW w:type="dxa" w:w="5760"/>
            <w:vAlign w:val="center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pPr>
              <w:jc w:val="center"/>
            </w:pPr>
          </w:p>
        </w:tc>
        <w:tc>
          <w:tcPr>
            <w:tcW w:type="dxa" w:w="5760"/>
            <w:vAlign w:val="center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pPr>
              <w:jc w:val="center"/>
            </w:pPr>
          </w:p>
        </w:tc>
      </w:tr>
      <w:tr>
        <w:trPr>
          <w:trHeight w:val="2880" w:hRule="exact"/>
        </w:trPr>
        <w:tc>
          <w:tcPr>
            <w:tcW w:type="dxa" w:w="5760"/>
            <w:vAlign w:val="center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pPr>
              <w:jc w:val="center"/>
            </w:pPr>
          </w:p>
        </w:tc>
        <w:tc>
          <w:tcPr>
            <w:tcW w:type="dxa" w:w="5760"/>
            <w:vAlign w:val="center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pPr>
              <w:jc w:val="center"/>
            </w:pPr>
          </w:p>
        </w:tc>
      </w:tr>
    </w:tbl>
    <w:sectPr w:rsidR="00FC693F" w:rsidRPr="0006063C" w:rsidSect="00034616">
      <w:pgSz w:w="12240" w:h="15840"/>
      <w:pgMar w:top="1800" w:right="360" w:bottom="180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Printable Flashcards Template 2x4 Word</dc:title>
  <dc:subject>Eight editable blank cards measuring 4 by 2 inches at 100 percent printing</dc:subject>
  <dc:creator>Tim's Printables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